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בין ירושה למורשת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המעגלים של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למורשת משפחתית, קהילתית, לאומית ואנושית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מורשת רחבה יותר וכוללת גם מנהגים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שעושים אותה ומעבירים אותה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שגם מה שאנחנו עושים היום יכול לעבור לדורות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אנושות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מתכון של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רחבה יותר מירושה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מורשת חיה ומתקיימת גם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מה שאנחנו עושים היום יכול לעבור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ארבעה מעגלים: משפחה, קהילה, עם, אנושות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מעגל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(מתכון של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(מנהג חגיגה מקומי)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(השפה העברית)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(ערכים של עזרה הדדית לכל בני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שירושה היא בעיקר דברים חומריים כמו כסף או חפצים, ואילו מורשת כוללת גם מנהגים, שפה וערכים, עם דוגמה מתאימה לכל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המורשת ממשיכה להתקיים ולהתחדש דרך פעולות ומנהגים של אנשים גם היום, ולא נשארת רק זיכרון מהעבר.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משפחה - מתכון משפחתי; קהילה - מנהג מקומי; עם - שפה או חג לאומי; אנושות - ערך משותף כמו עזרה לזולת.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רחבה יותר וכוללת גם מנהגים, שפה וערכים, לא רק חפצים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למנהג או מסורת של קבוצת אנשים באזור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שגם הפעולות וההרגלים שלנו היום יכולים לעבור לדורות הבאים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אישית של התלמידים למשהו שעבר במשפחתם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לצייר על הלוח את ארבעת המעגלים כעיגולים מקוננים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בין ירושה למורשת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ההבדל בין ירושה למורשת, ונכיר את המעגלים השונים שבהם מורשת עוברת מדור לדור.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ירושה למורשת?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ירושה היא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מורשת רחבה יותר וכוללת גם מנהגים ושפה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 היא רק של אנשים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דוגמה מתאימה למורשת של 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 מצחיק בין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שעון של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המשפט "המורשת חיה"?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שמורה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שעושים אותה ומעבירים אותה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שאסור לגעת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 המשפט "אנחנו גם מורישים"?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שאנחנו מוכרים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שגם מה שאנחנו עושים היום יכול לעבור לדורות הבאים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לשנות מנהגים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שרק מבוגרים מורישים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מעגל מתאים לדוגמה של חג משותף לכל בני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דוגמה מתאימה למורשת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המצאה מדעית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ומורשת הן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גם שפה ומנהגים ולא רק חפצים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רק דבר ישן שמונח בארון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ילדים יכולים להוריש דברים לדורות הבאים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מעגל אחד של מורשת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היא כל מה שעובר מדור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ירושה היא בעיקר חפצים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השפה העברית היא דוגמה למורשת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מתכון של סבתא הוא דוגמה למורשת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לא רק מקבלים מורשת, אנחנו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במילה מורשת האות י׳ של השורש מתחלפת באות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מעגל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 חגיגה מקומי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ערכים של עזרה הדדית לכל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מתכון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אנושות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השפה העברית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ירושה למורשת, ותנו דוגמה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נכון לומר שמורשת אינה רק דבר ישן שמונח בארון?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ארבעת המעגלים של מורשת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קהילתית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הכוונה במשפט שגם אנחנו מורישים?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– בין ירושה למורשת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