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בין ירושה למורשת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המעגלים של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למורשת משפחתית, קהילתית, לאומית ואנושית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מורשת רחבה יותר וכוללת גם מנהגים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שגם מה שאנחנו עושים היום יכול לעבור לדורות הבאים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רחבה יותר מירושה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מעגל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(מתכון של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(מנהג חגיגה מקומי)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(השפה העברית)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(ערכים של עזרה הדדית לכל בני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שירושה היא בעיקר דברים חומריים כמו כסף או חפצים, ואילו מורשת כוללת גם מנהגים, שפה וערכים, עם דוגמה מתאימה לכל אחת.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רחבה יותר וכוללת גם מנהגים, שפה וערכים, לא רק חפצים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למנהג או מסורת של קבוצת אנשים באזור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שגם הפעולות וההרגלים שלנו היום יכולים לעבור לדורות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אישית של התלמידים למשהו שעבר במשפחתם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לצייר על הלוח את ארבעת המעגלים כעיגולים מקוננים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בין ירושה למורשת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ההבדל בין ירושה למורשת, ונכיר את המעגלים השונים שבהם מורשת עוברת מדור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משפחתית  ·  כסף  ·  עם  ·  לדור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ירושה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ירושה היא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מורשת רחבה יותר וכוללת גם מנהגים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דוגמה מתאימה למורשת של 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כינוי מצחיק בין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אומר המשפט "אנחנו גם מורישים"?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שאנחנו מוכרים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שגם מה שאנחנו עושים היום יכול לעבור לדורות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שאסור לשנות מנהגים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ירושה ומורשת הן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כוללת גם שפה ומנהגים ולא רק חפצים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מורשת היא כל מה שעובר מדור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ירושה היא בעיקר חפצים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השפה העברית היא דוגמה למורשת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מתכון של סבתא הוא דוגמה למורשת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מעגל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מנהג חגיגה מקומי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מתכון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ערכים של עזרה הדדית לכל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השפה העברית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ירושה למורשת, ותנו דוגמה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למורשת קהילתית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בין ירושה למורשת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